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4BECA" w14:textId="50C5E918" w:rsidR="00AB10E8" w:rsidRPr="00C70465" w:rsidRDefault="00000000">
      <w:pPr>
        <w:pStyle w:val="Eyebrow"/>
        <w:spacing w:after="280" w:line="264" w:lineRule="auto"/>
        <w:rPr>
          <w:rFonts w:ascii="Corbel" w:hAnsi="Corbel"/>
        </w:rPr>
      </w:pPr>
      <w:r w:rsidRPr="00C70465">
        <w:rPr>
          <w:rFonts w:ascii="Corbel" w:hAnsi="Corbel"/>
        </w:rPr>
        <w:t xml:space="preserve">VALMIIT </w:t>
      </w:r>
      <w:proofErr w:type="gramStart"/>
      <w:r w:rsidRPr="00C70465">
        <w:rPr>
          <w:rFonts w:ascii="Corbel" w:hAnsi="Corbel"/>
        </w:rPr>
        <w:t>POHJAT  ·</w:t>
      </w:r>
      <w:proofErr w:type="gramEnd"/>
      <w:r w:rsidRPr="00C70465">
        <w:rPr>
          <w:rFonts w:ascii="Corbel" w:hAnsi="Corbel"/>
        </w:rPr>
        <w:t xml:space="preserve">  ENGLANTI</w:t>
      </w:r>
    </w:p>
    <w:p w14:paraId="09A8437F" w14:textId="77777777" w:rsidR="00AB10E8" w:rsidRPr="00C70465" w:rsidRDefault="00000000">
      <w:pPr>
        <w:pStyle w:val="Otsikko"/>
        <w:spacing w:after="200"/>
        <w:rPr>
          <w:rFonts w:ascii="Corbel" w:hAnsi="Corbel"/>
          <w:sz w:val="48"/>
          <w:szCs w:val="48"/>
        </w:rPr>
      </w:pPr>
      <w:proofErr w:type="spellStart"/>
      <w:r w:rsidRPr="00C70465">
        <w:rPr>
          <w:rFonts w:ascii="Corbel" w:hAnsi="Corbel"/>
          <w:sz w:val="48"/>
          <w:szCs w:val="48"/>
        </w:rPr>
        <w:t>Pohjois-Karjalan</w:t>
      </w:r>
      <w:proofErr w:type="spellEnd"/>
      <w:r w:rsidRPr="00C70465">
        <w:rPr>
          <w:rFonts w:ascii="Corbel" w:hAnsi="Corbel"/>
          <w:sz w:val="48"/>
          <w:szCs w:val="48"/>
        </w:rPr>
        <w:t xml:space="preserve"> </w:t>
      </w:r>
      <w:proofErr w:type="spellStart"/>
      <w:r w:rsidRPr="00C70465">
        <w:rPr>
          <w:rFonts w:ascii="Corbel" w:hAnsi="Corbel"/>
          <w:sz w:val="48"/>
          <w:szCs w:val="48"/>
        </w:rPr>
        <w:t>somepostausmallit</w:t>
      </w:r>
      <w:proofErr w:type="spellEnd"/>
    </w:p>
    <w:p w14:paraId="17321935" w14:textId="77777777" w:rsidR="00AB10E8" w:rsidRPr="00C70465" w:rsidRDefault="00000000">
      <w:pPr>
        <w:spacing w:after="440" w:line="288" w:lineRule="auto"/>
        <w:rPr>
          <w:rFonts w:ascii="Corbel" w:hAnsi="Corbel"/>
          <w:sz w:val="24"/>
          <w:szCs w:val="24"/>
        </w:rPr>
      </w:pPr>
      <w:r w:rsidRPr="00C70465">
        <w:rPr>
          <w:rFonts w:ascii="Corbel" w:hAnsi="Corbel"/>
          <w:sz w:val="24"/>
          <w:szCs w:val="24"/>
        </w:rPr>
        <w:t xml:space="preserve">Kuusi </w:t>
      </w:r>
      <w:proofErr w:type="spellStart"/>
      <w:r w:rsidRPr="00C70465">
        <w:rPr>
          <w:rFonts w:ascii="Corbel" w:hAnsi="Corbel"/>
          <w:sz w:val="24"/>
          <w:szCs w:val="24"/>
        </w:rPr>
        <w:t>lyhyttä</w:t>
      </w:r>
      <w:proofErr w:type="spellEnd"/>
      <w:r w:rsidRPr="00C70465">
        <w:rPr>
          <w:rFonts w:ascii="Corbel" w:hAnsi="Corbel"/>
          <w:sz w:val="24"/>
          <w:szCs w:val="24"/>
        </w:rPr>
        <w:t xml:space="preserve"> </w:t>
      </w:r>
      <w:proofErr w:type="spellStart"/>
      <w:r w:rsidRPr="00C70465">
        <w:rPr>
          <w:rFonts w:ascii="Corbel" w:hAnsi="Corbel"/>
          <w:sz w:val="24"/>
          <w:szCs w:val="24"/>
        </w:rPr>
        <w:t>pohjaa</w:t>
      </w:r>
      <w:proofErr w:type="spellEnd"/>
      <w:r w:rsidRPr="00C70465">
        <w:rPr>
          <w:rFonts w:ascii="Corbel" w:hAnsi="Corbel"/>
          <w:sz w:val="24"/>
          <w:szCs w:val="24"/>
        </w:rPr>
        <w:t xml:space="preserve">, </w:t>
      </w:r>
      <w:proofErr w:type="spellStart"/>
      <w:r w:rsidRPr="00C70465">
        <w:rPr>
          <w:rFonts w:ascii="Corbel" w:hAnsi="Corbel"/>
          <w:sz w:val="24"/>
          <w:szCs w:val="24"/>
        </w:rPr>
        <w:t>joihin</w:t>
      </w:r>
      <w:proofErr w:type="spellEnd"/>
      <w:r w:rsidRPr="00C70465">
        <w:rPr>
          <w:rFonts w:ascii="Corbel" w:hAnsi="Corbel"/>
          <w:sz w:val="24"/>
          <w:szCs w:val="24"/>
        </w:rPr>
        <w:t xml:space="preserve"> lisäät oman konkreettisen esimerkkisi ja tilanteeseen sopivan toimintakehotuksen.</w:t>
      </w:r>
    </w:p>
    <w:p w14:paraId="77FDD753" w14:textId="77777777" w:rsidR="00AB10E8" w:rsidRPr="00C70465" w:rsidRDefault="00000000">
      <w:pPr>
        <w:pStyle w:val="Otsikko1"/>
        <w:spacing w:before="0" w:after="200" w:line="264" w:lineRule="auto"/>
        <w:rPr>
          <w:rFonts w:ascii="Corbel" w:hAnsi="Corbel"/>
          <w:sz w:val="28"/>
        </w:rPr>
      </w:pPr>
      <w:r w:rsidRPr="00C70465">
        <w:rPr>
          <w:rFonts w:ascii="Corbel" w:hAnsi="Corbel"/>
          <w:sz w:val="28"/>
        </w:rPr>
        <w:t>Käytä näin</w:t>
      </w:r>
    </w:p>
    <w:p w14:paraId="603A7985" w14:textId="77777777" w:rsidR="00AB10E8" w:rsidRPr="00C70465" w:rsidRDefault="00000000">
      <w:pPr>
        <w:spacing w:after="180"/>
        <w:rPr>
          <w:rFonts w:ascii="Corbel" w:hAnsi="Corbel"/>
          <w:sz w:val="24"/>
          <w:szCs w:val="24"/>
        </w:rPr>
      </w:pPr>
      <w:r w:rsidRPr="00C70465">
        <w:rPr>
          <w:rFonts w:ascii="Corbel" w:hAnsi="Corbel"/>
          <w:b/>
          <w:color w:val="E5007D"/>
          <w:sz w:val="24"/>
          <w:szCs w:val="24"/>
        </w:rPr>
        <w:t xml:space="preserve">1.  </w:t>
      </w:r>
      <w:r w:rsidRPr="00C70465">
        <w:rPr>
          <w:rFonts w:ascii="Corbel" w:hAnsi="Corbel"/>
          <w:sz w:val="24"/>
          <w:szCs w:val="24"/>
        </w:rPr>
        <w:t>Valitse kohderyhmälle sopiva kärkiviesti.</w:t>
      </w:r>
    </w:p>
    <w:p w14:paraId="3E54D296" w14:textId="77777777" w:rsidR="00AB10E8" w:rsidRPr="00C70465" w:rsidRDefault="00000000">
      <w:pPr>
        <w:spacing w:after="180"/>
        <w:rPr>
          <w:rFonts w:ascii="Corbel" w:hAnsi="Corbel"/>
          <w:sz w:val="24"/>
          <w:szCs w:val="24"/>
        </w:rPr>
      </w:pPr>
      <w:r w:rsidRPr="00C70465">
        <w:rPr>
          <w:rFonts w:ascii="Corbel" w:hAnsi="Corbel"/>
          <w:b/>
          <w:color w:val="E5007D"/>
          <w:sz w:val="24"/>
          <w:szCs w:val="24"/>
        </w:rPr>
        <w:t xml:space="preserve">2.  </w:t>
      </w:r>
      <w:r w:rsidRPr="00C70465">
        <w:rPr>
          <w:rFonts w:ascii="Corbel" w:hAnsi="Corbel"/>
          <w:sz w:val="24"/>
          <w:szCs w:val="24"/>
        </w:rPr>
        <w:t>Käytä otsikkoehdotusta tai muotoile oma lupaus. Perustele se omalla tarkistetulla esimerkillä.</w:t>
      </w:r>
    </w:p>
    <w:p w14:paraId="571F9437" w14:textId="77777777" w:rsidR="00AB10E8" w:rsidRPr="00C70465" w:rsidRDefault="00000000">
      <w:pPr>
        <w:spacing w:after="180"/>
        <w:rPr>
          <w:rFonts w:ascii="Corbel" w:hAnsi="Corbel"/>
          <w:sz w:val="24"/>
          <w:szCs w:val="24"/>
        </w:rPr>
      </w:pPr>
      <w:r w:rsidRPr="00C70465">
        <w:rPr>
          <w:rFonts w:ascii="Corbel" w:hAnsi="Corbel"/>
          <w:b/>
          <w:color w:val="E5007D"/>
          <w:sz w:val="24"/>
          <w:szCs w:val="24"/>
        </w:rPr>
        <w:t xml:space="preserve">3.  </w:t>
      </w:r>
      <w:r w:rsidRPr="00C70465">
        <w:rPr>
          <w:rFonts w:ascii="Corbel" w:hAnsi="Corbel"/>
          <w:sz w:val="24"/>
          <w:szCs w:val="24"/>
        </w:rPr>
        <w:t>Lisää tarvittaessa linkki tai muu toimintakehotus.</w:t>
      </w:r>
    </w:p>
    <w:p w14:paraId="7C4E6FE2" w14:textId="77777777" w:rsidR="00AB10E8" w:rsidRPr="00C70465" w:rsidRDefault="00000000">
      <w:pPr>
        <w:spacing w:after="0" w:line="288" w:lineRule="auto"/>
        <w:rPr>
          <w:rFonts w:ascii="Corbel" w:hAnsi="Corbel"/>
        </w:rPr>
      </w:pPr>
      <w:proofErr w:type="spellStart"/>
      <w:r w:rsidRPr="00C70465">
        <w:rPr>
          <w:rFonts w:ascii="Corbel" w:hAnsi="Corbel"/>
          <w:color w:val="666666"/>
        </w:rPr>
        <w:t>Hakasulkeissa</w:t>
      </w:r>
      <w:proofErr w:type="spellEnd"/>
      <w:r w:rsidRPr="00C70465">
        <w:rPr>
          <w:rFonts w:ascii="Corbel" w:hAnsi="Corbel"/>
          <w:color w:val="666666"/>
        </w:rPr>
        <w:t xml:space="preserve"> </w:t>
      </w:r>
      <w:proofErr w:type="spellStart"/>
      <w:r w:rsidRPr="00C70465">
        <w:rPr>
          <w:rFonts w:ascii="Corbel" w:hAnsi="Corbel"/>
          <w:color w:val="666666"/>
        </w:rPr>
        <w:t>mainitut</w:t>
      </w:r>
      <w:proofErr w:type="spellEnd"/>
      <w:r w:rsidRPr="00C70465">
        <w:rPr>
          <w:rFonts w:ascii="Corbel" w:hAnsi="Corbel"/>
          <w:color w:val="666666"/>
        </w:rPr>
        <w:t xml:space="preserve"> </w:t>
      </w:r>
      <w:proofErr w:type="spellStart"/>
      <w:r w:rsidRPr="00C70465">
        <w:rPr>
          <w:rFonts w:ascii="Corbel" w:hAnsi="Corbel"/>
          <w:color w:val="666666"/>
        </w:rPr>
        <w:t>vaihtoehdot</w:t>
      </w:r>
      <w:proofErr w:type="spellEnd"/>
      <w:r w:rsidRPr="00C70465">
        <w:rPr>
          <w:rFonts w:ascii="Corbel" w:hAnsi="Corbel"/>
          <w:color w:val="666666"/>
        </w:rPr>
        <w:t xml:space="preserve"> </w:t>
      </w:r>
      <w:proofErr w:type="spellStart"/>
      <w:r w:rsidRPr="00C70465">
        <w:rPr>
          <w:rFonts w:ascii="Corbel" w:hAnsi="Corbel"/>
          <w:color w:val="666666"/>
        </w:rPr>
        <w:t>ovat</w:t>
      </w:r>
      <w:proofErr w:type="spellEnd"/>
      <w:r w:rsidRPr="00C70465">
        <w:rPr>
          <w:rFonts w:ascii="Corbel" w:hAnsi="Corbel"/>
          <w:color w:val="666666"/>
        </w:rPr>
        <w:t xml:space="preserve"> esimerkkejä, eivät rajauksia. Toimintakehotus ei ole pakollinen. Tarkista faktat, nimet ja mahdollinen linkki ennen julkaisua.</w:t>
      </w:r>
    </w:p>
    <w:p w14:paraId="3AAD4F95" w14:textId="77777777" w:rsidR="005C6C7A" w:rsidRPr="00C70465" w:rsidRDefault="005C6C7A" w:rsidP="005C6C7A">
      <w:pPr>
        <w:rPr>
          <w:rFonts w:ascii="Corbel" w:hAnsi="Corbel"/>
        </w:rPr>
      </w:pPr>
    </w:p>
    <w:p w14:paraId="265D32C1" w14:textId="77777777" w:rsidR="00C70465" w:rsidRDefault="00C70465" w:rsidP="005C6C7A">
      <w:pPr>
        <w:rPr>
          <w:rFonts w:ascii="Corbel" w:hAnsi="Corbel"/>
          <w:b/>
          <w:color w:val="E5007D"/>
          <w:sz w:val="18"/>
        </w:rPr>
      </w:pPr>
    </w:p>
    <w:p w14:paraId="62D58D4F" w14:textId="77777777" w:rsidR="00C70465" w:rsidRDefault="00C70465" w:rsidP="005C6C7A">
      <w:pPr>
        <w:rPr>
          <w:rFonts w:ascii="Corbel" w:hAnsi="Corbel"/>
          <w:b/>
          <w:color w:val="E5007D"/>
          <w:sz w:val="18"/>
        </w:rPr>
      </w:pPr>
    </w:p>
    <w:p w14:paraId="73A034C2" w14:textId="6070CF82" w:rsidR="00AB10E8" w:rsidRPr="00C70465" w:rsidRDefault="00000000" w:rsidP="005C6C7A">
      <w:pPr>
        <w:rPr>
          <w:rFonts w:ascii="Corbel" w:hAnsi="Corbel"/>
        </w:rPr>
      </w:pPr>
      <w:r w:rsidRPr="00C70465">
        <w:rPr>
          <w:rFonts w:ascii="Corbel" w:hAnsi="Corbel"/>
          <w:b/>
          <w:color w:val="E5007D"/>
          <w:sz w:val="18"/>
        </w:rPr>
        <w:t>KÄRKIVIESTI 1</w:t>
      </w:r>
      <w:r w:rsidR="005C6C7A" w:rsidRPr="00C70465">
        <w:rPr>
          <w:rFonts w:ascii="Corbel" w:hAnsi="Corbel"/>
          <w:b/>
          <w:color w:val="E5007D"/>
          <w:sz w:val="18"/>
        </w:rPr>
        <w:t>:</w:t>
      </w:r>
      <w:r w:rsidR="005C6C7A" w:rsidRPr="00C70465">
        <w:rPr>
          <w:rFonts w:ascii="Corbel" w:hAnsi="Corbel"/>
        </w:rPr>
        <w:t xml:space="preserve"> </w:t>
      </w:r>
      <w:r w:rsidRPr="00C70465">
        <w:rPr>
          <w:rFonts w:ascii="Corbel" w:hAnsi="Corbel"/>
          <w:b/>
          <w:color w:val="E5007D"/>
          <w:sz w:val="18"/>
        </w:rPr>
        <w:t>The world’s most growth-driven North Karelia</w:t>
      </w:r>
    </w:p>
    <w:p w14:paraId="25991567" w14:textId="5A9EACE1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b/>
          <w:sz w:val="28"/>
        </w:rPr>
        <w:t>Room to grow and invest.</w:t>
      </w:r>
      <w:r w:rsidR="00C70465">
        <w:rPr>
          <w:rFonts w:ascii="Corbel" w:hAnsi="Corbel"/>
        </w:rPr>
        <w:br/>
      </w:r>
      <w:r w:rsidRPr="00C70465">
        <w:rPr>
          <w:rFonts w:ascii="Corbel" w:hAnsi="Corbel"/>
          <w:i/>
          <w:color w:val="666666"/>
          <w:sz w:val="18"/>
        </w:rPr>
        <w:t>[Use this or write your own heading/promise.]</w:t>
      </w:r>
    </w:p>
    <w:p w14:paraId="7CD6E083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</w:rPr>
        <w:t>At [</w:t>
      </w:r>
      <w:proofErr w:type="spellStart"/>
      <w:r w:rsidRPr="00C70465">
        <w:rPr>
          <w:rFonts w:ascii="Corbel" w:hAnsi="Corbel"/>
        </w:rPr>
        <w:t>organisation</w:t>
      </w:r>
      <w:proofErr w:type="spellEnd"/>
      <w:r w:rsidRPr="00C70465">
        <w:rPr>
          <w:rFonts w:ascii="Corbel" w:hAnsi="Corbel"/>
        </w:rPr>
        <w:t>/place], growth can be seen in [for example, one specific investment, solution, new job or</w:t>
      </w:r>
      <w:r w:rsidRPr="00C70465">
        <w:rPr>
          <w:rFonts w:ascii="Corbel" w:hAnsi="Corbel"/>
          <w:sz w:val="21"/>
        </w:rPr>
        <w:t xml:space="preserve"> partnership].</w:t>
      </w:r>
    </w:p>
    <w:p w14:paraId="5A700876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[Add a link or another call to action if needed.]</w:t>
      </w:r>
    </w:p>
    <w:p w14:paraId="41A4B375" w14:textId="17016EE9" w:rsidR="005C6C7A" w:rsidRPr="00C70465" w:rsidRDefault="005C6C7A" w:rsidP="005C6C7A">
      <w:pPr>
        <w:spacing w:after="240" w:line="240" w:lineRule="auto"/>
        <w:rPr>
          <w:rFonts w:ascii="Corbel" w:hAnsi="Corbel"/>
        </w:rPr>
      </w:pPr>
      <w:r w:rsidRPr="00C70465">
        <w:rPr>
          <w:rFonts w:ascii="Corbel" w:hAnsi="Corbel"/>
          <w:b/>
          <w:sz w:val="21"/>
        </w:rPr>
        <w:t>The world’s most growth-driven North Karelia.</w:t>
      </w:r>
    </w:p>
    <w:p w14:paraId="47DEC12C" w14:textId="77777777" w:rsidR="005C6C7A" w:rsidRPr="00C70465" w:rsidRDefault="005C6C7A">
      <w:pPr>
        <w:spacing w:before="240" w:after="0"/>
        <w:rPr>
          <w:rFonts w:ascii="Corbel" w:hAnsi="Corbel"/>
        </w:rPr>
      </w:pPr>
    </w:p>
    <w:p w14:paraId="114869F0" w14:textId="5E8DF750" w:rsidR="00AB10E8" w:rsidRPr="00C70465" w:rsidRDefault="00000000" w:rsidP="005C6C7A">
      <w:pPr>
        <w:pStyle w:val="Eyebrow"/>
        <w:spacing w:line="264" w:lineRule="auto"/>
        <w:rPr>
          <w:rFonts w:ascii="Corbel" w:hAnsi="Corbel"/>
        </w:rPr>
      </w:pPr>
      <w:r w:rsidRPr="00C70465">
        <w:rPr>
          <w:rFonts w:ascii="Corbel" w:hAnsi="Corbel"/>
        </w:rPr>
        <w:t>KÄRKIVIESTI 2</w:t>
      </w:r>
      <w:r w:rsidR="005C6C7A" w:rsidRPr="00C70465">
        <w:rPr>
          <w:rFonts w:ascii="Corbel" w:hAnsi="Corbel"/>
        </w:rPr>
        <w:t xml:space="preserve">: </w:t>
      </w:r>
      <w:r w:rsidRPr="00C70465">
        <w:rPr>
          <w:rFonts w:ascii="Corbel" w:hAnsi="Corbel"/>
        </w:rPr>
        <w:t>The world’s most tech-inventive North Karelia</w:t>
      </w:r>
    </w:p>
    <w:p w14:paraId="192E3CED" w14:textId="0494D366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b/>
          <w:sz w:val="28"/>
        </w:rPr>
        <w:t>New technology gets to work here.</w:t>
      </w:r>
      <w:r w:rsidR="00C70465">
        <w:rPr>
          <w:rFonts w:ascii="Corbel" w:hAnsi="Corbel"/>
        </w:rPr>
        <w:br/>
      </w:r>
      <w:r w:rsidRPr="00C70465">
        <w:rPr>
          <w:rFonts w:ascii="Corbel" w:hAnsi="Corbel"/>
          <w:i/>
          <w:color w:val="666666"/>
          <w:sz w:val="18"/>
        </w:rPr>
        <w:t>[Use this or write your own heading/promise.]</w:t>
      </w:r>
    </w:p>
    <w:p w14:paraId="1DE40021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At [</w:t>
      </w:r>
      <w:proofErr w:type="spellStart"/>
      <w:r w:rsidRPr="00C70465">
        <w:rPr>
          <w:rFonts w:ascii="Corbel" w:hAnsi="Corbel"/>
          <w:sz w:val="21"/>
        </w:rPr>
        <w:t>organisation</w:t>
      </w:r>
      <w:proofErr w:type="spellEnd"/>
      <w:r w:rsidRPr="00C70465">
        <w:rPr>
          <w:rFonts w:ascii="Corbel" w:hAnsi="Corbel"/>
          <w:sz w:val="21"/>
        </w:rPr>
        <w:t>/place], [technology or idea] solves [a specific problem] through [for example, a pilot, product or service].</w:t>
      </w:r>
    </w:p>
    <w:p w14:paraId="4EE5B606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[Add a link or another call to action if needed.]</w:t>
      </w:r>
    </w:p>
    <w:p w14:paraId="2214D98E" w14:textId="17E4ABBD" w:rsidR="00AB10E8" w:rsidRPr="00C70465" w:rsidRDefault="005C6C7A" w:rsidP="005C6C7A">
      <w:pPr>
        <w:spacing w:after="240" w:line="240" w:lineRule="auto"/>
        <w:rPr>
          <w:rFonts w:ascii="Corbel" w:hAnsi="Corbel"/>
        </w:rPr>
      </w:pPr>
      <w:r w:rsidRPr="00C70465">
        <w:rPr>
          <w:rFonts w:ascii="Corbel" w:hAnsi="Corbel"/>
          <w:b/>
          <w:sz w:val="21"/>
        </w:rPr>
        <w:t>The world’s most tech-inventive North Karelia.</w:t>
      </w:r>
    </w:p>
    <w:p w14:paraId="79046B55" w14:textId="77777777" w:rsidR="00C70465" w:rsidRDefault="00C70465" w:rsidP="00C70465">
      <w:pPr>
        <w:spacing w:before="240" w:after="0"/>
        <w:rPr>
          <w:rFonts w:ascii="Corbel" w:hAnsi="Corbel"/>
        </w:rPr>
      </w:pPr>
    </w:p>
    <w:p w14:paraId="4D4034F3" w14:textId="77777777" w:rsidR="00C70465" w:rsidRDefault="00C70465">
      <w:pPr>
        <w:rPr>
          <w:rFonts w:ascii="Corbel" w:hAnsi="Corbel"/>
          <w:b/>
          <w:color w:val="E5007D"/>
          <w:sz w:val="18"/>
        </w:rPr>
      </w:pPr>
      <w:r>
        <w:rPr>
          <w:rFonts w:ascii="Corbel" w:hAnsi="Corbel"/>
          <w:b/>
          <w:color w:val="E5007D"/>
          <w:sz w:val="18"/>
        </w:rPr>
        <w:br w:type="page"/>
      </w:r>
    </w:p>
    <w:p w14:paraId="604534A4" w14:textId="2FA44D8F" w:rsidR="00AB10E8" w:rsidRPr="00C70465" w:rsidRDefault="00000000" w:rsidP="00C70465">
      <w:pPr>
        <w:rPr>
          <w:rFonts w:ascii="Corbel" w:hAnsi="Corbel"/>
          <w:b/>
          <w:color w:val="E5007D"/>
          <w:sz w:val="18"/>
        </w:rPr>
      </w:pPr>
      <w:r w:rsidRPr="00C70465">
        <w:rPr>
          <w:rFonts w:ascii="Corbel" w:hAnsi="Corbel"/>
          <w:b/>
          <w:color w:val="E5007D"/>
          <w:sz w:val="18"/>
        </w:rPr>
        <w:lastRenderedPageBreak/>
        <w:t>KÄRKIVIESTI 3</w:t>
      </w:r>
      <w:r w:rsidR="005C6C7A" w:rsidRPr="00C70465">
        <w:rPr>
          <w:rFonts w:ascii="Corbel" w:hAnsi="Corbel"/>
        </w:rPr>
        <w:t xml:space="preserve">: </w:t>
      </w:r>
      <w:r w:rsidRPr="00C70465">
        <w:rPr>
          <w:rFonts w:ascii="Corbel" w:hAnsi="Corbel"/>
          <w:b/>
          <w:color w:val="E5007D"/>
          <w:sz w:val="18"/>
        </w:rPr>
        <w:t>The world’s most knowledge-rich North Karelia</w:t>
      </w:r>
    </w:p>
    <w:p w14:paraId="09401EAA" w14:textId="002C576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b/>
          <w:sz w:val="28"/>
        </w:rPr>
        <w:t>Skills for fields that matter.</w:t>
      </w:r>
      <w:r w:rsidR="00C70465">
        <w:rPr>
          <w:rFonts w:ascii="Corbel" w:hAnsi="Corbel"/>
        </w:rPr>
        <w:br/>
      </w:r>
      <w:r w:rsidRPr="00C70465">
        <w:rPr>
          <w:rFonts w:ascii="Corbel" w:hAnsi="Corbel"/>
          <w:i/>
          <w:color w:val="666666"/>
          <w:sz w:val="18"/>
        </w:rPr>
        <w:t>[Use this or write your own heading/promise.]</w:t>
      </w:r>
    </w:p>
    <w:p w14:paraId="7BE51F72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At [educational institution/</w:t>
      </w:r>
      <w:proofErr w:type="spellStart"/>
      <w:r w:rsidRPr="00C70465">
        <w:rPr>
          <w:rFonts w:ascii="Corbel" w:hAnsi="Corbel"/>
          <w:sz w:val="21"/>
        </w:rPr>
        <w:t>organisation</w:t>
      </w:r>
      <w:proofErr w:type="spellEnd"/>
      <w:r w:rsidRPr="00C70465">
        <w:rPr>
          <w:rFonts w:ascii="Corbel" w:hAnsi="Corbel"/>
          <w:sz w:val="21"/>
        </w:rPr>
        <w:t xml:space="preserve">], this means [for example, a </w:t>
      </w:r>
      <w:proofErr w:type="spellStart"/>
      <w:r w:rsidRPr="00C70465">
        <w:rPr>
          <w:rFonts w:ascii="Corbel" w:hAnsi="Corbel"/>
          <w:sz w:val="21"/>
        </w:rPr>
        <w:t>programme</w:t>
      </w:r>
      <w:proofErr w:type="spellEnd"/>
      <w:r w:rsidRPr="00C70465">
        <w:rPr>
          <w:rFonts w:ascii="Corbel" w:hAnsi="Corbel"/>
          <w:sz w:val="21"/>
        </w:rPr>
        <w:t>, research project or partnership] that gives [a specific benefit for students or society].</w:t>
      </w:r>
    </w:p>
    <w:p w14:paraId="1FF44164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[Add a link or another call to action if needed.]</w:t>
      </w:r>
    </w:p>
    <w:p w14:paraId="5150ECE0" w14:textId="787D5F3C" w:rsidR="005C6C7A" w:rsidRPr="00C70465" w:rsidRDefault="005C6C7A" w:rsidP="005C6C7A">
      <w:pPr>
        <w:spacing w:after="240" w:line="240" w:lineRule="auto"/>
        <w:rPr>
          <w:rFonts w:ascii="Corbel" w:hAnsi="Corbel"/>
        </w:rPr>
      </w:pPr>
      <w:r w:rsidRPr="00C70465">
        <w:rPr>
          <w:rFonts w:ascii="Corbel" w:hAnsi="Corbel"/>
          <w:b/>
          <w:sz w:val="21"/>
        </w:rPr>
        <w:t>The world’s most knowledge-rich North Karelia.</w:t>
      </w:r>
    </w:p>
    <w:p w14:paraId="35BFBD94" w14:textId="77777777" w:rsidR="005C6C7A" w:rsidRPr="00C70465" w:rsidRDefault="005C6C7A">
      <w:pPr>
        <w:spacing w:before="240" w:after="0"/>
        <w:rPr>
          <w:rFonts w:ascii="Corbel" w:hAnsi="Corbel"/>
        </w:rPr>
      </w:pPr>
    </w:p>
    <w:p w14:paraId="480AB494" w14:textId="28DA9A05" w:rsidR="00AB10E8" w:rsidRPr="00C70465" w:rsidRDefault="00000000" w:rsidP="005C6C7A">
      <w:pPr>
        <w:pStyle w:val="Eyebrow"/>
        <w:spacing w:line="264" w:lineRule="auto"/>
        <w:rPr>
          <w:rFonts w:ascii="Corbel" w:hAnsi="Corbel"/>
        </w:rPr>
      </w:pPr>
      <w:r w:rsidRPr="00C70465">
        <w:rPr>
          <w:rFonts w:ascii="Corbel" w:hAnsi="Corbel"/>
        </w:rPr>
        <w:t>KÄRKIVIESTI 4</w:t>
      </w:r>
      <w:r w:rsidR="005C6C7A" w:rsidRPr="00C70465">
        <w:rPr>
          <w:rFonts w:ascii="Corbel" w:hAnsi="Corbel"/>
        </w:rPr>
        <w:t xml:space="preserve">: </w:t>
      </w:r>
      <w:r w:rsidRPr="00C70465">
        <w:rPr>
          <w:rFonts w:ascii="Corbel" w:hAnsi="Corbel"/>
        </w:rPr>
        <w:t>The world’s most forest-wise North Karelia</w:t>
      </w:r>
    </w:p>
    <w:p w14:paraId="34DDA4EF" w14:textId="69CC685F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b/>
          <w:sz w:val="28"/>
        </w:rPr>
        <w:t>Forest expertise turns into action here.</w:t>
      </w:r>
      <w:r w:rsidR="00C70465">
        <w:rPr>
          <w:rFonts w:ascii="Corbel" w:hAnsi="Corbel"/>
        </w:rPr>
        <w:br/>
      </w:r>
      <w:r w:rsidRPr="00C70465">
        <w:rPr>
          <w:rFonts w:ascii="Corbel" w:hAnsi="Corbel"/>
          <w:i/>
          <w:color w:val="666666"/>
          <w:sz w:val="18"/>
        </w:rPr>
        <w:t>[Use this or write your own heading/promise.]</w:t>
      </w:r>
    </w:p>
    <w:p w14:paraId="360D3B24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At [</w:t>
      </w:r>
      <w:proofErr w:type="spellStart"/>
      <w:r w:rsidRPr="00C70465">
        <w:rPr>
          <w:rFonts w:ascii="Corbel" w:hAnsi="Corbel"/>
          <w:sz w:val="21"/>
        </w:rPr>
        <w:t>organisation</w:t>
      </w:r>
      <w:proofErr w:type="spellEnd"/>
      <w:r w:rsidRPr="00C70465">
        <w:rPr>
          <w:rFonts w:ascii="Corbel" w:hAnsi="Corbel"/>
          <w:sz w:val="21"/>
        </w:rPr>
        <w:t>/place], this can be seen in [for example, a solution, research project or partnership] that [delivers a specific benefit].</w:t>
      </w:r>
    </w:p>
    <w:p w14:paraId="34A2B782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[Add a link or another call to action if needed.]</w:t>
      </w:r>
    </w:p>
    <w:p w14:paraId="31FFE0F9" w14:textId="6166D17D" w:rsidR="005C6C7A" w:rsidRPr="00C70465" w:rsidRDefault="005C6C7A" w:rsidP="005C6C7A">
      <w:pPr>
        <w:spacing w:after="240" w:line="240" w:lineRule="auto"/>
        <w:rPr>
          <w:rFonts w:ascii="Corbel" w:hAnsi="Corbel"/>
        </w:rPr>
      </w:pPr>
      <w:r w:rsidRPr="00C70465">
        <w:rPr>
          <w:rFonts w:ascii="Corbel" w:hAnsi="Corbel"/>
          <w:b/>
          <w:sz w:val="21"/>
        </w:rPr>
        <w:t>The world’s most forest-wise North Karelia.</w:t>
      </w:r>
    </w:p>
    <w:p w14:paraId="186987CA" w14:textId="77777777" w:rsidR="005C6C7A" w:rsidRPr="00C70465" w:rsidRDefault="005C6C7A">
      <w:pPr>
        <w:spacing w:before="240" w:after="0"/>
        <w:rPr>
          <w:rFonts w:ascii="Corbel" w:hAnsi="Corbel"/>
        </w:rPr>
      </w:pPr>
    </w:p>
    <w:p w14:paraId="393B4739" w14:textId="626D45EA" w:rsidR="00AB10E8" w:rsidRPr="00C70465" w:rsidRDefault="00000000" w:rsidP="005C6C7A">
      <w:pPr>
        <w:pStyle w:val="Eyebrow"/>
        <w:spacing w:line="264" w:lineRule="auto"/>
        <w:rPr>
          <w:rFonts w:ascii="Corbel" w:hAnsi="Corbel"/>
        </w:rPr>
      </w:pPr>
      <w:r w:rsidRPr="00C70465">
        <w:rPr>
          <w:rFonts w:ascii="Corbel" w:hAnsi="Corbel"/>
        </w:rPr>
        <w:t>KÄRKIVIESTI 5</w:t>
      </w:r>
      <w:r w:rsidR="005C6C7A" w:rsidRPr="00C70465">
        <w:rPr>
          <w:rFonts w:ascii="Corbel" w:hAnsi="Corbel"/>
        </w:rPr>
        <w:t xml:space="preserve">: </w:t>
      </w:r>
      <w:r w:rsidRPr="00C70465">
        <w:rPr>
          <w:rFonts w:ascii="Corbel" w:hAnsi="Corbel"/>
        </w:rPr>
        <w:t>The world’s most punk-credible North Karelia</w:t>
      </w:r>
    </w:p>
    <w:p w14:paraId="4863C88F" w14:textId="0E2435B8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b/>
          <w:sz w:val="28"/>
        </w:rPr>
        <w:t>Do it your way. Belong.</w:t>
      </w:r>
      <w:r w:rsidR="00C70465">
        <w:rPr>
          <w:rFonts w:ascii="Corbel" w:hAnsi="Corbel"/>
        </w:rPr>
        <w:br/>
      </w:r>
      <w:r w:rsidRPr="00C70465">
        <w:rPr>
          <w:rFonts w:ascii="Corbel" w:hAnsi="Corbel"/>
          <w:i/>
          <w:color w:val="666666"/>
          <w:sz w:val="18"/>
        </w:rPr>
        <w:t>[Use this or write your own heading/promise.]</w:t>
      </w:r>
    </w:p>
    <w:p w14:paraId="3711EEE4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At [community/event/</w:t>
      </w:r>
      <w:proofErr w:type="spellStart"/>
      <w:r w:rsidRPr="00C70465">
        <w:rPr>
          <w:rFonts w:ascii="Corbel" w:hAnsi="Corbel"/>
          <w:sz w:val="21"/>
        </w:rPr>
        <w:t>organisation</w:t>
      </w:r>
      <w:proofErr w:type="spellEnd"/>
      <w:r w:rsidRPr="00C70465">
        <w:rPr>
          <w:rFonts w:ascii="Corbel" w:hAnsi="Corbel"/>
          <w:sz w:val="21"/>
        </w:rPr>
        <w:t>], having a voice of your own can mean [for example, an action, maker, event or cultural achievement].</w:t>
      </w:r>
    </w:p>
    <w:p w14:paraId="46066B9B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[Add a link or another call to action if needed.]</w:t>
      </w:r>
    </w:p>
    <w:p w14:paraId="691A8EC2" w14:textId="7F5AFDC9" w:rsidR="005C6C7A" w:rsidRPr="00C70465" w:rsidRDefault="005C6C7A" w:rsidP="005C6C7A">
      <w:pPr>
        <w:spacing w:after="240" w:line="240" w:lineRule="auto"/>
        <w:rPr>
          <w:rFonts w:ascii="Corbel" w:hAnsi="Corbel"/>
        </w:rPr>
      </w:pPr>
      <w:r w:rsidRPr="00C70465">
        <w:rPr>
          <w:rFonts w:ascii="Corbel" w:hAnsi="Corbel"/>
          <w:b/>
          <w:sz w:val="21"/>
        </w:rPr>
        <w:t>The world’s most punk-credible North Karelia.</w:t>
      </w:r>
    </w:p>
    <w:p w14:paraId="322828EB" w14:textId="60C6F81C" w:rsidR="00AB10E8" w:rsidRPr="00C70465" w:rsidRDefault="00AB10E8">
      <w:pPr>
        <w:spacing w:after="320" w:line="240" w:lineRule="auto"/>
        <w:rPr>
          <w:rFonts w:ascii="Corbel" w:hAnsi="Corbel"/>
        </w:rPr>
      </w:pPr>
    </w:p>
    <w:p w14:paraId="45758E9C" w14:textId="3EDAC222" w:rsidR="00AB10E8" w:rsidRPr="00C70465" w:rsidRDefault="00000000" w:rsidP="005C6C7A">
      <w:pPr>
        <w:pStyle w:val="Eyebrow"/>
        <w:spacing w:line="264" w:lineRule="auto"/>
        <w:rPr>
          <w:rFonts w:ascii="Corbel" w:hAnsi="Corbel"/>
        </w:rPr>
      </w:pPr>
      <w:r w:rsidRPr="00C70465">
        <w:rPr>
          <w:rFonts w:ascii="Corbel" w:hAnsi="Corbel"/>
        </w:rPr>
        <w:t>KÄRKIVIESTI 6</w:t>
      </w:r>
      <w:r w:rsidR="005C6C7A" w:rsidRPr="00C70465">
        <w:rPr>
          <w:rFonts w:ascii="Corbel" w:hAnsi="Corbel"/>
        </w:rPr>
        <w:t xml:space="preserve">: </w:t>
      </w:r>
      <w:r w:rsidRPr="00C70465">
        <w:rPr>
          <w:rFonts w:ascii="Corbel" w:hAnsi="Corbel"/>
        </w:rPr>
        <w:t>The world’s most soul-rooted North Karelia</w:t>
      </w:r>
    </w:p>
    <w:p w14:paraId="0ED32178" w14:textId="56B8236A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b/>
          <w:sz w:val="28"/>
        </w:rPr>
        <w:t>Newcomers are invited to the same table.</w:t>
      </w:r>
      <w:r w:rsidR="00C70465">
        <w:rPr>
          <w:rFonts w:ascii="Corbel" w:hAnsi="Corbel"/>
        </w:rPr>
        <w:br/>
      </w:r>
      <w:r w:rsidRPr="00C70465">
        <w:rPr>
          <w:rFonts w:ascii="Corbel" w:hAnsi="Corbel"/>
          <w:i/>
          <w:color w:val="666666"/>
          <w:sz w:val="18"/>
        </w:rPr>
        <w:t>[Use this or write your own heading/promise.]</w:t>
      </w:r>
    </w:p>
    <w:p w14:paraId="54B7B044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At [community/</w:t>
      </w:r>
      <w:proofErr w:type="spellStart"/>
      <w:r w:rsidRPr="00C70465">
        <w:rPr>
          <w:rFonts w:ascii="Corbel" w:hAnsi="Corbel"/>
          <w:sz w:val="21"/>
        </w:rPr>
        <w:t>organisation</w:t>
      </w:r>
      <w:proofErr w:type="spellEnd"/>
      <w:r w:rsidRPr="00C70465">
        <w:rPr>
          <w:rFonts w:ascii="Corbel" w:hAnsi="Corbel"/>
          <w:sz w:val="21"/>
        </w:rPr>
        <w:t>/place], this can be seen in [for example, a service, event, action or way of welcoming people in].</w:t>
      </w:r>
    </w:p>
    <w:p w14:paraId="25F1F8F8" w14:textId="77777777" w:rsidR="005C6C7A" w:rsidRPr="00C70465" w:rsidRDefault="005C6C7A" w:rsidP="005C6C7A">
      <w:pPr>
        <w:spacing w:after="160"/>
        <w:rPr>
          <w:rFonts w:ascii="Corbel" w:hAnsi="Corbel"/>
        </w:rPr>
      </w:pPr>
      <w:r w:rsidRPr="00C70465">
        <w:rPr>
          <w:rFonts w:ascii="Corbel" w:hAnsi="Corbel"/>
          <w:sz w:val="21"/>
        </w:rPr>
        <w:t>[Add a link or another call to action if needed.]</w:t>
      </w:r>
    </w:p>
    <w:p w14:paraId="5AC8D6B1" w14:textId="2957E26B" w:rsidR="00AB10E8" w:rsidRPr="00C70465" w:rsidRDefault="005C6C7A" w:rsidP="005C6C7A">
      <w:pPr>
        <w:spacing w:after="240" w:line="240" w:lineRule="auto"/>
        <w:rPr>
          <w:rFonts w:ascii="Corbel" w:hAnsi="Corbel"/>
        </w:rPr>
      </w:pPr>
      <w:r w:rsidRPr="00C70465">
        <w:rPr>
          <w:rFonts w:ascii="Corbel" w:hAnsi="Corbel"/>
          <w:b/>
          <w:sz w:val="21"/>
        </w:rPr>
        <w:t>The world’s most soul-rooted North Karelia.</w:t>
      </w:r>
    </w:p>
    <w:sectPr w:rsidR="00AB10E8" w:rsidRPr="00C70465" w:rsidSect="00034616">
      <w:footerReference w:type="default" r:id="rId8"/>
      <w:pgSz w:w="11906" w:h="16838"/>
      <w:pgMar w:top="964" w:right="1020" w:bottom="79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CA73F" w14:textId="77777777" w:rsidR="00270FFC" w:rsidRDefault="00270FFC">
      <w:pPr>
        <w:spacing w:after="0" w:line="240" w:lineRule="auto"/>
      </w:pPr>
      <w:r>
        <w:separator/>
      </w:r>
    </w:p>
  </w:endnote>
  <w:endnote w:type="continuationSeparator" w:id="0">
    <w:p w14:paraId="12DCBFB2" w14:textId="77777777" w:rsidR="00270FFC" w:rsidRDefault="0027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D8C720" w14:textId="3C8C5647" w:rsidR="00AB10E8" w:rsidRDefault="00AB10E8">
    <w:pPr>
      <w:pStyle w:val="Alatunnist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18D5A2" w14:textId="77777777" w:rsidR="00270FFC" w:rsidRDefault="00270FFC">
      <w:pPr>
        <w:spacing w:after="0" w:line="240" w:lineRule="auto"/>
      </w:pPr>
      <w:r>
        <w:separator/>
      </w:r>
    </w:p>
  </w:footnote>
  <w:footnote w:type="continuationSeparator" w:id="0">
    <w:p w14:paraId="67934ADE" w14:textId="77777777" w:rsidR="00270FFC" w:rsidRDefault="00270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1160819">
    <w:abstractNumId w:val="8"/>
  </w:num>
  <w:num w:numId="2" w16cid:durableId="1728802373">
    <w:abstractNumId w:val="6"/>
  </w:num>
  <w:num w:numId="3" w16cid:durableId="1079668641">
    <w:abstractNumId w:val="5"/>
  </w:num>
  <w:num w:numId="4" w16cid:durableId="146636027">
    <w:abstractNumId w:val="4"/>
  </w:num>
  <w:num w:numId="5" w16cid:durableId="1914701944">
    <w:abstractNumId w:val="7"/>
  </w:num>
  <w:num w:numId="6" w16cid:durableId="1538395103">
    <w:abstractNumId w:val="3"/>
  </w:num>
  <w:num w:numId="7" w16cid:durableId="683900171">
    <w:abstractNumId w:val="2"/>
  </w:num>
  <w:num w:numId="8" w16cid:durableId="1679651902">
    <w:abstractNumId w:val="1"/>
  </w:num>
  <w:num w:numId="9" w16cid:durableId="4212975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0FFC"/>
    <w:rsid w:val="0029639D"/>
    <w:rsid w:val="00326F90"/>
    <w:rsid w:val="005C6C7A"/>
    <w:rsid w:val="007A3B8D"/>
    <w:rsid w:val="00AA1D8D"/>
    <w:rsid w:val="00AB10E8"/>
    <w:rsid w:val="00B47730"/>
    <w:rsid w:val="00C7046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43AC6"/>
  <w14:defaultImageDpi w14:val="300"/>
  <w15:docId w15:val="{4E78FE7D-9344-854D-983A-57CA9431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  <w:rPr>
      <w:rFonts w:ascii="Ubuntu" w:eastAsia="Ubuntu" w:hAnsi="Ubuntu"/>
      <w:color w:val="00000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4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30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6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rPr>
      <w:rFonts w:ascii="Ubuntu" w:eastAsia="Ubuntu" w:hAnsi="Ubuntu"/>
      <w:b/>
      <w:color w:val="E5007D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Pohjois-Karjalan somepostausmallit</vt:lpstr>
      <vt:lpstr/>
    </vt:vector>
  </TitlesOfParts>
  <Manager/>
  <Company/>
  <LinksUpToDate>false</LinksUpToDate>
  <CharactersWithSpaces>2780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Pohjois-Karjalan somepostausmallit</dc:title>
  <dc:subject>Kärkiviestikohtaiset somepohjat suomeksi ja englanniksi</dc:subject>
  <dc:creator>Pohjois-Karjala</dc:creator>
  <cp:keywords/>
  <dc:description>Päivitetty kärkiviestiohjeiston pohjalta</dc:description>
  <cp:lastModifiedBy>Jussila Laura</cp:lastModifiedBy>
  <cp:revision>2</cp:revision>
  <dcterms:created xsi:type="dcterms:W3CDTF">2026-09-30T12:14:00Z</dcterms:created>
  <dcterms:modified xsi:type="dcterms:W3CDTF">2026-09-30T12:14:00Z</dcterms:modified>
  <cp:category/>
</cp:coreProperties>
</file>